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FORMULARZ ZGŁOSZENIOWY KANDYDATA</w:t>
      </w:r>
    </w:p>
    <w:p>
      <w:r>
        <w:t>Nabór na stanowisko bibliotekarza / bibliotekarki – MGOKiBS w Mogielnicy</w:t>
      </w:r>
    </w:p>
    <w:p>
      <w:r>
        <w:rPr>
          <w:b/>
        </w:rPr>
        <w:t>Imię (imiona) i nazwisko:</w:t>
      </w:r>
    </w:p>
    <w:p>
      <w:r>
        <w:rPr>
          <w:b w:val="0"/>
        </w:rPr>
        <w:t>.................................................................................................................................</w:t>
      </w:r>
    </w:p>
    <w:p>
      <w:r>
        <w:rPr>
          <w:b/>
        </w:rPr>
        <w:t>Dane kontaktowe (telefon / e-mail – według wyboru kandydata):</w:t>
      </w:r>
    </w:p>
    <w:p>
      <w:r>
        <w:rPr>
          <w:b w:val="0"/>
        </w:rPr>
        <w:t>.................................................................................................................................</w:t>
      </w:r>
    </w:p>
    <w:p>
      <w:r>
        <w:rPr>
          <w:b/>
        </w:rPr>
        <w:t>Wykształcenie (szkoła / kierunek / poziom):</w:t>
      </w:r>
    </w:p>
    <w:p>
      <w:r>
        <w:rPr>
          <w:b w:val="0"/>
        </w:rPr>
        <w:t>.................................................................................................................................</w:t>
      </w:r>
    </w:p>
    <w:p>
      <w:r>
        <w:rPr>
          <w:b/>
        </w:rPr>
        <w:t>Kwalifikacje i ukończone kursy związane ze stanowiskiem:</w:t>
      </w:r>
    </w:p>
    <w:p>
      <w:r>
        <w:rPr>
          <w:b w:val="0"/>
        </w:rPr>
        <w:t>.................................................................................................................................</w:t>
      </w:r>
    </w:p>
    <w:p>
      <w:r>
        <w:rPr>
          <w:b/>
        </w:rPr>
        <w:t>Przebieg dotychczasowego zatrudnienia (istotny dla stanowiska):</w:t>
      </w:r>
    </w:p>
    <w:p>
      <w:r>
        <w:rPr>
          <w:b w:val="0"/>
        </w:rPr>
        <w:t>.................................................................................................................................</w:t>
      </w:r>
    </w:p>
    <w:p>
      <w:r>
        <w:rPr>
          <w:b/>
        </w:rPr>
        <w:t>Znajomość programów i systemów przydatnych w bibliotece:</w:t>
      </w:r>
    </w:p>
    <w:p>
      <w:r>
        <w:rPr>
          <w:b w:val="0"/>
        </w:rPr>
        <w:t>.................................................................................................................................</w:t>
      </w:r>
    </w:p>
    <w:p>
      <w:r>
        <w:rPr>
          <w:b/>
        </w:rPr>
        <w:t>Dyspozycyjność / możliwy termin rozpoczęcia pracy:</w:t>
      </w:r>
    </w:p>
    <w:p>
      <w:r>
        <w:rPr>
          <w:b w:val="0"/>
        </w:rPr>
        <w:t>.................................................................................................................................</w:t>
      </w:r>
    </w:p>
    <w:p>
      <w:pPr>
        <w:pStyle w:val="Heading1"/>
      </w:pPr>
      <w:r>
        <w:t>Załączone dokumenty</w:t>
      </w:r>
    </w:p>
    <w:p>
      <w:r>
        <w:rPr>
          <w:b w:val="0"/>
        </w:rPr>
        <w:t>☐ CV      ☐ List motywacyjny / uzasadnienie      ☐ Inne: ..........................................................</w:t>
      </w:r>
    </w:p>
    <w:p>
      <w:pPr>
        <w:pStyle w:val="Heading1"/>
      </w:pPr>
      <w:r>
        <w:t>Opcjonalna zgoda na udział w kolejnych rekrutacjach</w:t>
      </w:r>
    </w:p>
    <w:p>
      <w:r>
        <w:rPr>
          <w:b w:val="0"/>
        </w:rPr>
        <w:t>☐ Wyrażam dobrowolną zgodę na przetwarzanie moich danych osobowych zawartych w dokumentach aplikacyjnych przez MGOKiBS w Mogielnicy również w celu prowadzenia przyszłych rekrutacji przez okres 6 miesięcy od zakończenia niniejszego naboru. Wiem, że mogę wycofać zgodę w dowolnym momencie, bez wpływu na zgodność z prawem wcześniejszego przetwarzania.</w:t>
      </w:r>
    </w:p>
    <w:p>
      <w:r>
        <w:rPr>
          <w:b w:val="0"/>
        </w:rPr>
        <w:t>Data: ........................................    Podpis (w przypadku formularza papierowego): ........................................</w:t>
      </w:r>
    </w:p>
    <w:p>
      <w:r>
        <w:rPr>
          <w:b w:val="0"/>
        </w:rPr>
        <w:t>Informacja: zgoda na przetwarzanie danych wymaganych przepisami prawa pracy w bieżącym naborze nie jest potrzebna. Szczegóły w klauzuli informacyjnej.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73D4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173D4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173D4F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